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9701" w14:textId="77777777" w:rsidR="00EB0090" w:rsidRDefault="00000000">
      <w:pPr>
        <w:jc w:val="center"/>
      </w:pPr>
      <w:r>
        <w:rPr>
          <w:noProof/>
        </w:rPr>
        <w:drawing>
          <wp:inline distT="0" distB="0" distL="0" distR="0" wp14:anchorId="1D9693BE" wp14:editId="34AEA63B">
            <wp:extent cx="5029200" cy="15047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be2298-582e-46b5-aa9a-d4778d0a69b7.png"/>
                    <pic:cNvPicPr/>
                  </pic:nvPicPr>
                  <pic:blipFill>
                    <a:blip r:embed="rId8"/>
                    <a:stretch>
                      <a:fillRect/>
                    </a:stretch>
                  </pic:blipFill>
                  <pic:spPr>
                    <a:xfrm>
                      <a:off x="0" y="0"/>
                      <a:ext cx="5029200" cy="1504742"/>
                    </a:xfrm>
                    <a:prstGeom prst="rect">
                      <a:avLst/>
                    </a:prstGeom>
                  </pic:spPr>
                </pic:pic>
              </a:graphicData>
            </a:graphic>
          </wp:inline>
        </w:drawing>
      </w:r>
    </w:p>
    <w:p w14:paraId="6999E6E4" w14:textId="77777777" w:rsidR="00EB0090" w:rsidRPr="00E814AC" w:rsidRDefault="00000000">
      <w:pPr>
        <w:jc w:val="center"/>
        <w:rPr>
          <w:lang w:val="nl-NL"/>
        </w:rPr>
      </w:pPr>
      <w:r w:rsidRPr="00E814AC">
        <w:rPr>
          <w:b/>
          <w:sz w:val="40"/>
          <w:lang w:val="nl-NL"/>
        </w:rPr>
        <w:t>ALGEMENE VOORWAARDEN</w:t>
      </w:r>
    </w:p>
    <w:p w14:paraId="503B9763" w14:textId="77777777" w:rsidR="00EB0090" w:rsidRPr="00E814AC" w:rsidRDefault="00000000">
      <w:pPr>
        <w:jc w:val="center"/>
        <w:rPr>
          <w:lang w:val="nl-NL"/>
        </w:rPr>
      </w:pPr>
      <w:r w:rsidRPr="00E814AC">
        <w:rPr>
          <w:i/>
          <w:sz w:val="22"/>
          <w:lang w:val="nl-NL"/>
        </w:rPr>
        <w:t>Salonbehandelingen &amp; Productverkoop</w:t>
      </w:r>
    </w:p>
    <w:p w14:paraId="192B93A6" w14:textId="0C4F3FF5" w:rsidR="00EB0090" w:rsidRPr="00E814AC" w:rsidRDefault="00000000">
      <w:pPr>
        <w:rPr>
          <w:lang w:val="nl-NL"/>
        </w:rPr>
      </w:pPr>
      <w:r w:rsidRPr="00E814AC">
        <w:rPr>
          <w:lang w:val="nl-NL"/>
        </w:rPr>
        <w:t xml:space="preserve">Deze algemene voorwaarden vormen één geheel voor de salonactiviteiten en de verkoop van producten van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PMU &amp; MORE.</w:t>
      </w:r>
    </w:p>
    <w:p w14:paraId="37CC0340" w14:textId="77777777" w:rsidR="00EB0090" w:rsidRPr="00E814AC" w:rsidRDefault="00000000">
      <w:pPr>
        <w:pStyle w:val="Kop1"/>
        <w:spacing w:before="200" w:after="80"/>
        <w:rPr>
          <w:color w:val="000000" w:themeColor="text1"/>
          <w:lang w:val="nl-NL"/>
        </w:rPr>
      </w:pPr>
      <w:r w:rsidRPr="00E814AC">
        <w:rPr>
          <w:color w:val="000000" w:themeColor="text1"/>
          <w:lang w:val="nl-NL"/>
        </w:rPr>
        <w:t>1. Algemeen</w:t>
      </w:r>
    </w:p>
    <w:p w14:paraId="28A56DB7" w14:textId="176ACBB4" w:rsidR="00EB0090" w:rsidRPr="00E814AC" w:rsidRDefault="00000000">
      <w:pPr>
        <w:spacing w:after="100" w:line="259" w:lineRule="auto"/>
        <w:rPr>
          <w:lang w:val="nl-NL"/>
        </w:rPr>
      </w:pPr>
      <w:r w:rsidRPr="00E814AC">
        <w:rPr>
          <w:lang w:val="nl-NL"/>
        </w:rPr>
        <w:t xml:space="preserve">Deze algemene voorwaarden zijn van toepassing op alle behandelingen, afspraken, producten en overige diensten van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PMU &amp; MORE, gevestigd aan de </w:t>
      </w:r>
      <w:proofErr w:type="spellStart"/>
      <w:r w:rsidRPr="00E814AC">
        <w:rPr>
          <w:lang w:val="nl-NL"/>
        </w:rPr>
        <w:t>Blaarthemseweg</w:t>
      </w:r>
      <w:proofErr w:type="spellEnd"/>
      <w:r w:rsidRPr="00E814AC">
        <w:rPr>
          <w:lang w:val="nl-NL"/>
        </w:rPr>
        <w:t xml:space="preserve"> 95, 5654 NS Eindhoven.</w:t>
      </w:r>
    </w:p>
    <w:p w14:paraId="6D6ED98C" w14:textId="77777777" w:rsidR="00EB0090" w:rsidRPr="00E814AC" w:rsidRDefault="00000000">
      <w:pPr>
        <w:spacing w:after="100" w:line="259" w:lineRule="auto"/>
        <w:rPr>
          <w:lang w:val="nl-NL"/>
        </w:rPr>
      </w:pPr>
      <w:r w:rsidRPr="00E814AC">
        <w:rPr>
          <w:lang w:val="nl-NL"/>
        </w:rPr>
        <w:t>Door een afspraak te maken, een behandeling te boeken of een product te bestellen, verklaart de klant kennis te hebben genomen van deze algemene voorwaarden en hiermee akkoord te gaan.</w:t>
      </w:r>
    </w:p>
    <w:p w14:paraId="509CC86B" w14:textId="77777777" w:rsidR="00EB0090" w:rsidRPr="00E814AC" w:rsidRDefault="00000000">
      <w:pPr>
        <w:pStyle w:val="Kop1"/>
        <w:spacing w:before="200" w:after="80"/>
        <w:rPr>
          <w:color w:val="000000" w:themeColor="text1"/>
          <w:lang w:val="nl-NL"/>
        </w:rPr>
      </w:pPr>
      <w:r w:rsidRPr="00E814AC">
        <w:rPr>
          <w:color w:val="000000" w:themeColor="text1"/>
          <w:lang w:val="nl-NL"/>
        </w:rPr>
        <w:t>2. Afspraken en behandelingen</w:t>
      </w:r>
    </w:p>
    <w:p w14:paraId="29C194C1" w14:textId="0114F898" w:rsidR="00EB0090" w:rsidRPr="00E814AC" w:rsidRDefault="00000000">
      <w:pPr>
        <w:spacing w:after="100" w:line="259" w:lineRule="auto"/>
        <w:rPr>
          <w:lang w:val="nl-NL"/>
        </w:rPr>
      </w:pPr>
      <w:r w:rsidRPr="00E814AC">
        <w:rPr>
          <w:lang w:val="nl-NL"/>
        </w:rPr>
        <w:t xml:space="preserve">Een afspraak is definitief nadat deze door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bevestigd.</w:t>
      </w:r>
    </w:p>
    <w:p w14:paraId="02746877" w14:textId="77777777" w:rsidR="00EB0090" w:rsidRPr="00E814AC" w:rsidRDefault="00000000">
      <w:pPr>
        <w:spacing w:after="100" w:line="259" w:lineRule="auto"/>
        <w:rPr>
          <w:lang w:val="nl-NL"/>
        </w:rPr>
      </w:pPr>
      <w:r w:rsidRPr="00E814AC">
        <w:rPr>
          <w:lang w:val="nl-NL"/>
        </w:rPr>
        <w:t>Er wordt geen aanbetaling gevraagd voor het maken van een afspraak.</w:t>
      </w:r>
    </w:p>
    <w:p w14:paraId="46D8411F" w14:textId="77777777" w:rsidR="00EB0090" w:rsidRPr="00E814AC" w:rsidRDefault="00000000">
      <w:pPr>
        <w:spacing w:after="100" w:line="259" w:lineRule="auto"/>
        <w:rPr>
          <w:lang w:val="nl-NL"/>
        </w:rPr>
      </w:pPr>
      <w:r w:rsidRPr="00E814AC">
        <w:rPr>
          <w:lang w:val="nl-NL"/>
        </w:rPr>
        <w:t>Afspraken kunnen tot 24 uur vóór aanvang kosteloos worden geannuleerd of verzet.</w:t>
      </w:r>
    </w:p>
    <w:p w14:paraId="71471C53" w14:textId="77777777" w:rsidR="00EB0090" w:rsidRPr="00E814AC" w:rsidRDefault="00000000">
      <w:pPr>
        <w:spacing w:after="100" w:line="259" w:lineRule="auto"/>
        <w:rPr>
          <w:lang w:val="nl-NL"/>
        </w:rPr>
      </w:pPr>
      <w:r w:rsidRPr="00E814AC">
        <w:rPr>
          <w:lang w:val="nl-NL"/>
        </w:rPr>
        <w:t>Bij annulering binnen 24 uur vóór de afspraak kan 50% van het behandelingstarief in rekening worden gebracht.</w:t>
      </w:r>
    </w:p>
    <w:p w14:paraId="501699BB" w14:textId="77777777" w:rsidR="00EB0090" w:rsidRPr="00E814AC" w:rsidRDefault="00000000">
      <w:pPr>
        <w:spacing w:after="100" w:line="259" w:lineRule="auto"/>
        <w:rPr>
          <w:lang w:val="nl-NL"/>
        </w:rPr>
      </w:pPr>
      <w:r w:rsidRPr="00E814AC">
        <w:rPr>
          <w:lang w:val="nl-NL"/>
        </w:rPr>
        <w:t>Bij een no-show, waarbij de klant zonder tijdige afmelding niet verschijnt, kan het volledige behandelingstarief in rekening worden gebracht.</w:t>
      </w:r>
    </w:p>
    <w:p w14:paraId="0E148543" w14:textId="507FE613"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behoudt zich het recht voor een behandeling te weigeren of uit te stellen wanneer de behandeling naar haar oordeel niet verantwoord kan worden uitgevoerd.</w:t>
      </w:r>
    </w:p>
    <w:p w14:paraId="44490526" w14:textId="77777777" w:rsidR="00EB0090" w:rsidRPr="00E814AC" w:rsidRDefault="00000000">
      <w:pPr>
        <w:pStyle w:val="Kop1"/>
        <w:spacing w:before="200" w:after="80"/>
        <w:rPr>
          <w:lang w:val="nl-NL"/>
        </w:rPr>
      </w:pPr>
      <w:r w:rsidRPr="00E814AC">
        <w:rPr>
          <w:color w:val="000000" w:themeColor="text1"/>
          <w:lang w:val="nl-NL"/>
        </w:rPr>
        <w:t>3. Gezondheid en geschiktheid voor behandeling</w:t>
      </w:r>
    </w:p>
    <w:p w14:paraId="40576A48" w14:textId="77777777" w:rsidR="00EB0090" w:rsidRPr="00E814AC" w:rsidRDefault="00000000">
      <w:pPr>
        <w:spacing w:after="100" w:line="259" w:lineRule="auto"/>
        <w:rPr>
          <w:lang w:val="nl-NL"/>
        </w:rPr>
      </w:pPr>
      <w:r w:rsidRPr="00E814AC">
        <w:rPr>
          <w:lang w:val="nl-NL"/>
        </w:rPr>
        <w:t>De klant is verplicht vóór de behandeling relevante informatie te verstrekken over gezondheid, medicijngebruik, allergieën, zwangerschap, huidproblemen en andere omstandigheden die van invloed kunnen zijn op de behandeling.</w:t>
      </w:r>
    </w:p>
    <w:p w14:paraId="74952013" w14:textId="16904C64"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mag aanvullende vragen stellen of besluiten een behandeling uit te stellen wanneer dit noodzakelijk wordt geacht.</w:t>
      </w:r>
    </w:p>
    <w:p w14:paraId="17FC6387" w14:textId="1BECF574" w:rsidR="00EB0090" w:rsidRPr="00E814AC" w:rsidRDefault="00000000">
      <w:pPr>
        <w:spacing w:after="100" w:line="259" w:lineRule="auto"/>
        <w:rPr>
          <w:lang w:val="nl-NL"/>
        </w:rPr>
      </w:pPr>
      <w:r w:rsidRPr="00E814AC">
        <w:rPr>
          <w:lang w:val="nl-NL"/>
        </w:rPr>
        <w:t xml:space="preserve">Wanneer de klant relevante informatie niet of onjuist verstrekt, kan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niet verantwoordelijk worden gehouden voor gevolgen die redelijkerwijs verband houden met het ontbreken van deze informatie.</w:t>
      </w:r>
    </w:p>
    <w:p w14:paraId="4882F7CD" w14:textId="77777777" w:rsidR="00EB0090" w:rsidRPr="00E814AC" w:rsidRDefault="00000000">
      <w:pPr>
        <w:spacing w:after="100" w:line="259" w:lineRule="auto"/>
        <w:rPr>
          <w:lang w:val="nl-NL"/>
        </w:rPr>
      </w:pPr>
      <w:r w:rsidRPr="00E814AC">
        <w:rPr>
          <w:lang w:val="nl-NL"/>
        </w:rPr>
        <w:t>PMU-behandelingen worden uitsluitend uitgevoerd bij personen van 18 jaar en ouder.</w:t>
      </w:r>
    </w:p>
    <w:p w14:paraId="6369516E" w14:textId="77777777" w:rsidR="00EB0090" w:rsidRPr="00E814AC" w:rsidRDefault="00000000">
      <w:pPr>
        <w:pStyle w:val="Kop1"/>
        <w:spacing w:before="200" w:after="80"/>
        <w:rPr>
          <w:color w:val="000000" w:themeColor="text1"/>
          <w:lang w:val="nl-NL"/>
        </w:rPr>
      </w:pPr>
      <w:r w:rsidRPr="00E814AC">
        <w:rPr>
          <w:color w:val="000000" w:themeColor="text1"/>
          <w:lang w:val="nl-NL"/>
        </w:rPr>
        <w:t>4. Permanente make-up en behandelresultaat</w:t>
      </w:r>
    </w:p>
    <w:p w14:paraId="5A65E09F" w14:textId="77777777" w:rsidR="00EB0090" w:rsidRPr="00E814AC" w:rsidRDefault="00000000">
      <w:pPr>
        <w:spacing w:after="100" w:line="259" w:lineRule="auto"/>
        <w:rPr>
          <w:lang w:val="nl-NL"/>
        </w:rPr>
      </w:pPr>
      <w:r w:rsidRPr="00E814AC">
        <w:rPr>
          <w:lang w:val="nl-NL"/>
        </w:rPr>
        <w:t>Het resultaat van permanente make-up kan per persoon verschillen. Het resultaat wordt onder andere beïnvloed door huidtype, leeftijd, huidconditie, huidverzorging, leefstijl, hormonen, medicijngebruik en het natuurlijke genezingsproces.</w:t>
      </w:r>
    </w:p>
    <w:p w14:paraId="116710AD" w14:textId="045F66B8"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kan daarom geen garantie geven op een exact gewenst resultaat.</w:t>
      </w:r>
    </w:p>
    <w:p w14:paraId="39F77951" w14:textId="77777777" w:rsidR="00EB0090" w:rsidRPr="00E814AC" w:rsidRDefault="00000000">
      <w:pPr>
        <w:spacing w:after="100" w:line="259" w:lineRule="auto"/>
        <w:rPr>
          <w:lang w:val="nl-NL"/>
        </w:rPr>
      </w:pPr>
      <w:r w:rsidRPr="00E814AC">
        <w:rPr>
          <w:lang w:val="nl-NL"/>
        </w:rPr>
        <w:lastRenderedPageBreak/>
        <w:t>Een nabehandeling kan noodzakelijk zijn. Wanneer een nabehandeling onderdeel is van de geboekte behandeling, wordt hierover vooraf informatie verstrekt.</w:t>
      </w:r>
    </w:p>
    <w:p w14:paraId="65F5E24E" w14:textId="77777777" w:rsidR="00EB0090" w:rsidRPr="00E814AC" w:rsidRDefault="00000000">
      <w:pPr>
        <w:spacing w:after="100" w:line="259" w:lineRule="auto"/>
        <w:rPr>
          <w:lang w:val="nl-NL"/>
        </w:rPr>
      </w:pPr>
      <w:r w:rsidRPr="00E814AC">
        <w:rPr>
          <w:lang w:val="nl-NL"/>
        </w:rPr>
        <w:t>Het niet opvolgen van de verstrekte nazorginstructies kan het behandelresultaat negatief beïnvloeden.</w:t>
      </w:r>
    </w:p>
    <w:p w14:paraId="24F7A7EC" w14:textId="77777777" w:rsidR="00EB0090" w:rsidRPr="00E814AC" w:rsidRDefault="00000000">
      <w:pPr>
        <w:pStyle w:val="Kop1"/>
        <w:spacing w:before="200" w:after="80"/>
        <w:rPr>
          <w:color w:val="000000" w:themeColor="text1"/>
          <w:lang w:val="nl-NL"/>
        </w:rPr>
      </w:pPr>
      <w:r w:rsidRPr="00E814AC">
        <w:rPr>
          <w:color w:val="000000" w:themeColor="text1"/>
          <w:lang w:val="nl-NL"/>
        </w:rPr>
        <w:t>5. Nazorg</w:t>
      </w:r>
    </w:p>
    <w:p w14:paraId="4BF1DD8E" w14:textId="77777777" w:rsidR="00EB0090" w:rsidRPr="00E814AC" w:rsidRDefault="00000000">
      <w:pPr>
        <w:spacing w:after="100" w:line="259" w:lineRule="auto"/>
        <w:rPr>
          <w:lang w:val="nl-NL"/>
        </w:rPr>
      </w:pPr>
      <w:r w:rsidRPr="00E814AC">
        <w:rPr>
          <w:lang w:val="nl-NL"/>
        </w:rPr>
        <w:t>Na een behandeling ontvangt de klant informatie over de noodzakelijke nazorg.</w:t>
      </w:r>
    </w:p>
    <w:p w14:paraId="18CD5BBE" w14:textId="77777777" w:rsidR="00EB0090" w:rsidRPr="00E814AC" w:rsidRDefault="00000000">
      <w:pPr>
        <w:spacing w:after="100" w:line="259" w:lineRule="auto"/>
        <w:rPr>
          <w:lang w:val="nl-NL"/>
        </w:rPr>
      </w:pPr>
      <w:r w:rsidRPr="00E814AC">
        <w:rPr>
          <w:lang w:val="nl-NL"/>
        </w:rPr>
        <w:t>De klant is verantwoordelijk voor het correct opvolgen van deze instructies.</w:t>
      </w:r>
    </w:p>
    <w:p w14:paraId="1945429F" w14:textId="6881F469" w:rsidR="00EB0090" w:rsidRPr="00E814AC" w:rsidRDefault="00000000">
      <w:pPr>
        <w:spacing w:after="100" w:line="259" w:lineRule="auto"/>
        <w:rPr>
          <w:lang w:val="nl-NL"/>
        </w:rPr>
      </w:pPr>
      <w:r w:rsidRPr="00E814AC">
        <w:rPr>
          <w:lang w:val="nl-NL"/>
        </w:rPr>
        <w:t xml:space="preserve">Klachten, bijzonderheden of tekenen van een mogelijke complicatie dienen zo snel mogelijk aan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te worden gemeld.</w:t>
      </w:r>
    </w:p>
    <w:p w14:paraId="111982E4" w14:textId="77777777" w:rsidR="00EB0090" w:rsidRPr="00E814AC" w:rsidRDefault="00000000">
      <w:pPr>
        <w:pStyle w:val="Kop1"/>
        <w:spacing w:before="200" w:after="80"/>
        <w:rPr>
          <w:color w:val="000000" w:themeColor="text1"/>
          <w:lang w:val="nl-NL"/>
        </w:rPr>
      </w:pPr>
      <w:r w:rsidRPr="00E814AC">
        <w:rPr>
          <w:color w:val="000000" w:themeColor="text1"/>
          <w:lang w:val="nl-NL"/>
        </w:rPr>
        <w:t>6. Betaling salon</w:t>
      </w:r>
    </w:p>
    <w:p w14:paraId="1ABF0FFD" w14:textId="77777777" w:rsidR="00EB0090" w:rsidRPr="00E814AC" w:rsidRDefault="00000000">
      <w:pPr>
        <w:spacing w:after="100" w:line="259" w:lineRule="auto"/>
        <w:rPr>
          <w:lang w:val="nl-NL"/>
        </w:rPr>
      </w:pPr>
      <w:r w:rsidRPr="00E814AC">
        <w:rPr>
          <w:lang w:val="nl-NL"/>
        </w:rPr>
        <w:t>Betaling van een behandeling dient direct na de behandeling te worden voldaan, tenzij vooraf schriftelijk anders is overeengekomen.</w:t>
      </w:r>
    </w:p>
    <w:p w14:paraId="2ED5285D" w14:textId="401E305B" w:rsidR="00EB0090" w:rsidRPr="00E814AC" w:rsidRDefault="00000000">
      <w:pPr>
        <w:spacing w:after="100" w:line="259" w:lineRule="auto"/>
        <w:rPr>
          <w:lang w:val="nl-NL"/>
        </w:rPr>
      </w:pPr>
      <w:r w:rsidRPr="00E814AC">
        <w:rPr>
          <w:lang w:val="nl-NL"/>
        </w:rPr>
        <w:t xml:space="preserve">Betaling kan plaatsvinden via de betaalmethoden die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aanbiedt.</w:t>
      </w:r>
    </w:p>
    <w:p w14:paraId="427A4E41" w14:textId="77777777" w:rsidR="00EB0090" w:rsidRPr="00E814AC" w:rsidRDefault="00000000">
      <w:pPr>
        <w:spacing w:after="100" w:line="259" w:lineRule="auto"/>
        <w:rPr>
          <w:lang w:val="nl-NL"/>
        </w:rPr>
      </w:pPr>
      <w:r w:rsidRPr="00E814AC">
        <w:rPr>
          <w:lang w:val="nl-NL"/>
        </w:rPr>
        <w:t>De actuele behandelingstarieven zijn de tarieven die op het moment van boeken op de website of in de salon worden vermeld.</w:t>
      </w:r>
    </w:p>
    <w:p w14:paraId="6918DE9D" w14:textId="77777777" w:rsidR="00EB0090" w:rsidRPr="00E814AC" w:rsidRDefault="00000000">
      <w:pPr>
        <w:pStyle w:val="Kop1"/>
        <w:spacing w:before="200" w:after="80"/>
        <w:rPr>
          <w:color w:val="000000" w:themeColor="text1"/>
          <w:lang w:val="nl-NL"/>
        </w:rPr>
      </w:pPr>
      <w:r w:rsidRPr="00E814AC">
        <w:rPr>
          <w:color w:val="000000" w:themeColor="text1"/>
          <w:lang w:val="nl-NL"/>
        </w:rPr>
        <w:t>7. Producten en webshop</w:t>
      </w:r>
    </w:p>
    <w:p w14:paraId="7A21266A" w14:textId="7EB83748" w:rsidR="00EB0090" w:rsidRPr="00E814AC" w:rsidRDefault="00000000">
      <w:pPr>
        <w:spacing w:after="100" w:line="259" w:lineRule="auto"/>
        <w:rPr>
          <w:lang w:val="nl-NL"/>
        </w:rPr>
      </w:pPr>
      <w:r w:rsidRPr="00E814AC">
        <w:rPr>
          <w:lang w:val="nl-NL"/>
        </w:rPr>
        <w:t xml:space="preserve">Deze algemene voorwaarden zijn eveneens van toepassing op de verkoop van producten via de website van </w:t>
      </w:r>
      <w:proofErr w:type="spellStart"/>
      <w:r w:rsidRPr="00E814AC">
        <w:rPr>
          <w:lang w:val="nl-NL"/>
        </w:rPr>
        <w:t>Dinter</w:t>
      </w:r>
      <w:r w:rsidR="00E814AC">
        <w:rPr>
          <w:lang w:val="nl-NL"/>
        </w:rPr>
        <w:t>c</w:t>
      </w:r>
      <w:r w:rsidRPr="00E814AC">
        <w:rPr>
          <w:lang w:val="nl-NL"/>
        </w:rPr>
        <w:t>are</w:t>
      </w:r>
      <w:proofErr w:type="spellEnd"/>
      <w:r w:rsidRPr="00E814AC">
        <w:rPr>
          <w:lang w:val="nl-NL"/>
        </w:rPr>
        <w:t>.</w:t>
      </w:r>
    </w:p>
    <w:p w14:paraId="64CBBA99" w14:textId="0485DA53" w:rsidR="00EB0090" w:rsidRPr="00E814AC" w:rsidRDefault="00000000">
      <w:pPr>
        <w:spacing w:after="100" w:line="259" w:lineRule="auto"/>
        <w:rPr>
          <w:lang w:val="nl-NL"/>
        </w:rPr>
      </w:pPr>
      <w:r w:rsidRPr="00E814AC">
        <w:rPr>
          <w:lang w:val="nl-NL"/>
        </w:rPr>
        <w:t xml:space="preserve">Een overeenkomst voor een product komt tot stand zodra de klant de bestelling correct heeft geplaatst en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de bestelling heeft bevestigd.</w:t>
      </w:r>
    </w:p>
    <w:p w14:paraId="76C276CA" w14:textId="35827C24"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probeert productinformatie, afbeeldingen, kleuren, maten en overige informatie zo nauwkeurig mogelijk weer te geven. Kleine afwijkingen kunnen voorkomen.</w:t>
      </w:r>
    </w:p>
    <w:p w14:paraId="1D542337" w14:textId="77777777" w:rsidR="00EB0090" w:rsidRPr="00E814AC" w:rsidRDefault="00000000">
      <w:pPr>
        <w:spacing w:after="100" w:line="259" w:lineRule="auto"/>
        <w:rPr>
          <w:lang w:val="nl-NL"/>
        </w:rPr>
      </w:pPr>
      <w:r w:rsidRPr="00E814AC">
        <w:rPr>
          <w:lang w:val="nl-NL"/>
        </w:rPr>
        <w:t>De klant dient bij ontvangst te controleren of het juiste product is geleverd en of het product zichtbaar beschadigd is.</w:t>
      </w:r>
    </w:p>
    <w:p w14:paraId="3FD7A3F6" w14:textId="77777777" w:rsidR="00EB0090" w:rsidRPr="00E814AC" w:rsidRDefault="00000000">
      <w:pPr>
        <w:pStyle w:val="Kop1"/>
        <w:spacing w:before="200" w:after="80"/>
        <w:rPr>
          <w:color w:val="000000" w:themeColor="text1"/>
          <w:lang w:val="nl-NL"/>
        </w:rPr>
      </w:pPr>
      <w:r w:rsidRPr="00E814AC">
        <w:rPr>
          <w:color w:val="000000" w:themeColor="text1"/>
          <w:lang w:val="nl-NL"/>
        </w:rPr>
        <w:t>8. Prijzen en betaling producten</w:t>
      </w:r>
    </w:p>
    <w:p w14:paraId="4EB9E9EF" w14:textId="77777777" w:rsidR="00EB0090" w:rsidRPr="00E814AC" w:rsidRDefault="00000000">
      <w:pPr>
        <w:spacing w:after="100" w:line="259" w:lineRule="auto"/>
        <w:rPr>
          <w:lang w:val="nl-NL"/>
        </w:rPr>
      </w:pPr>
      <w:r w:rsidRPr="00E814AC">
        <w:rPr>
          <w:lang w:val="nl-NL"/>
        </w:rPr>
        <w:t>Alle vermelde consumentenprijzen zijn inclusief btw, tenzij anders vermeld.</w:t>
      </w:r>
    </w:p>
    <w:p w14:paraId="4D50604C" w14:textId="77777777" w:rsidR="00EB0090" w:rsidRPr="00E814AC" w:rsidRDefault="00000000">
      <w:pPr>
        <w:spacing w:after="100" w:line="259" w:lineRule="auto"/>
        <w:rPr>
          <w:lang w:val="nl-NL"/>
        </w:rPr>
      </w:pPr>
      <w:r w:rsidRPr="00E814AC">
        <w:rPr>
          <w:lang w:val="nl-NL"/>
        </w:rPr>
        <w:t>Eventuele verzendkosten worden vóór het afronden van de bestelling duidelijk weergegeven.</w:t>
      </w:r>
    </w:p>
    <w:p w14:paraId="1F8B21B9" w14:textId="77777777" w:rsidR="00EB0090" w:rsidRPr="00E814AC" w:rsidRDefault="00000000">
      <w:pPr>
        <w:spacing w:after="100" w:line="259" w:lineRule="auto"/>
        <w:rPr>
          <w:lang w:val="nl-NL"/>
        </w:rPr>
      </w:pPr>
      <w:r w:rsidRPr="00E814AC">
        <w:rPr>
          <w:lang w:val="nl-NL"/>
        </w:rPr>
        <w:t>Een bestelling dient te worden betaald via de betaalmethoden die tijdens het bestelproces worden aangeboden.</w:t>
      </w:r>
    </w:p>
    <w:p w14:paraId="37996F14" w14:textId="4D86FC67" w:rsidR="00EB0090" w:rsidRPr="00E814AC" w:rsidRDefault="00000000">
      <w:pPr>
        <w:spacing w:after="100" w:line="259" w:lineRule="auto"/>
        <w:rPr>
          <w:lang w:val="nl-NL"/>
        </w:rPr>
      </w:pPr>
      <w:r w:rsidRPr="00E814AC">
        <w:rPr>
          <w:lang w:val="nl-NL"/>
        </w:rPr>
        <w:t xml:space="preserve">Bij een kennelijke prijsfout of wanneer een product onverhoopt niet leverbaar blijkt, kan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de bestelling annuleren. Indien al betaald is, wordt het betreffende bedrag terugbetaald.</w:t>
      </w:r>
    </w:p>
    <w:p w14:paraId="144726F0" w14:textId="77777777" w:rsidR="00EB0090" w:rsidRPr="00E814AC" w:rsidRDefault="00000000">
      <w:pPr>
        <w:pStyle w:val="Kop1"/>
        <w:spacing w:before="200" w:after="80"/>
        <w:rPr>
          <w:color w:val="000000" w:themeColor="text1"/>
          <w:lang w:val="nl-NL"/>
        </w:rPr>
      </w:pPr>
      <w:r w:rsidRPr="00E814AC">
        <w:rPr>
          <w:color w:val="000000" w:themeColor="text1"/>
          <w:lang w:val="nl-NL"/>
        </w:rPr>
        <w:t>9. Levering</w:t>
      </w:r>
    </w:p>
    <w:p w14:paraId="08AD8268" w14:textId="024073D7"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doet haar best om bestellingen binnen de aangegeven levertijd te verzenden.</w:t>
      </w:r>
    </w:p>
    <w:p w14:paraId="0370929F" w14:textId="77777777" w:rsidR="00EB0090" w:rsidRPr="00E814AC" w:rsidRDefault="00000000">
      <w:pPr>
        <w:spacing w:after="100" w:line="259" w:lineRule="auto"/>
        <w:rPr>
          <w:lang w:val="nl-NL"/>
        </w:rPr>
      </w:pPr>
      <w:r w:rsidRPr="00E814AC">
        <w:rPr>
          <w:lang w:val="nl-NL"/>
        </w:rPr>
        <w:t>Genoemde levertijden zijn, tenzij uitdrukkelijk anders overeengekomen, indicatief.</w:t>
      </w:r>
    </w:p>
    <w:p w14:paraId="10B59224" w14:textId="77777777" w:rsidR="00EB0090" w:rsidRPr="00E814AC" w:rsidRDefault="00000000">
      <w:pPr>
        <w:spacing w:after="100" w:line="259" w:lineRule="auto"/>
        <w:rPr>
          <w:lang w:val="nl-NL"/>
        </w:rPr>
      </w:pPr>
      <w:r w:rsidRPr="00E814AC">
        <w:rPr>
          <w:lang w:val="nl-NL"/>
        </w:rPr>
        <w:t>Wanneer een bestelling onverhoopt vertraging oploopt, wordt de klant hiervan zo spoedig mogelijk op de hoogte gebracht.</w:t>
      </w:r>
    </w:p>
    <w:p w14:paraId="20B42148" w14:textId="77777777" w:rsidR="00EB0090" w:rsidRPr="00E814AC" w:rsidRDefault="00000000">
      <w:pPr>
        <w:spacing w:after="100" w:line="259" w:lineRule="auto"/>
        <w:rPr>
          <w:lang w:val="nl-NL"/>
        </w:rPr>
      </w:pPr>
      <w:r w:rsidRPr="00E814AC">
        <w:rPr>
          <w:lang w:val="nl-NL"/>
        </w:rPr>
        <w:t>Bij consumenten gaat het risico van het product over op de klant zodra de klant, of een door de klant aangewezen derde, het product heeft ontvangen.</w:t>
      </w:r>
    </w:p>
    <w:p w14:paraId="396D9575" w14:textId="06C81572" w:rsidR="00EB0090" w:rsidRPr="00E814AC" w:rsidRDefault="00000000">
      <w:pPr>
        <w:pStyle w:val="Kop1"/>
        <w:spacing w:before="200" w:after="80"/>
        <w:rPr>
          <w:color w:val="000000" w:themeColor="text1"/>
          <w:lang w:val="nl-NL"/>
        </w:rPr>
      </w:pPr>
      <w:r w:rsidRPr="00E814AC">
        <w:rPr>
          <w:color w:val="000000" w:themeColor="text1"/>
          <w:lang w:val="nl-NL"/>
        </w:rPr>
        <w:t>10. retourneren</w:t>
      </w:r>
    </w:p>
    <w:p w14:paraId="3F6AEDB6" w14:textId="77777777" w:rsidR="007C34C0" w:rsidRPr="005C675E" w:rsidRDefault="007C34C0" w:rsidP="007C34C0">
      <w:pPr>
        <w:rPr>
          <w:rFonts w:cs="Arial"/>
          <w:sz w:val="24"/>
          <w:szCs w:val="24"/>
          <w:lang w:val="nl-NL"/>
        </w:rPr>
      </w:pPr>
      <w:r w:rsidRPr="005C675E">
        <w:rPr>
          <w:rFonts w:cs="Arial"/>
          <w:lang w:val="nl-NL"/>
        </w:rPr>
        <w:t xml:space="preserve">Vanwege </w:t>
      </w:r>
      <w:r w:rsidRPr="005C675E">
        <w:rPr>
          <w:rFonts w:cs="Arial"/>
          <w:b/>
          <w:bCs/>
          <w:lang w:val="nl-NL"/>
        </w:rPr>
        <w:t>hygiënische redenen</w:t>
      </w:r>
      <w:r w:rsidRPr="005C675E">
        <w:rPr>
          <w:rFonts w:cs="Arial"/>
          <w:lang w:val="nl-NL"/>
        </w:rPr>
        <w:t xml:space="preserve"> kunnen onze beautyproducten, waaronder </w:t>
      </w:r>
      <w:r w:rsidRPr="005C675E">
        <w:rPr>
          <w:rFonts w:cs="Arial"/>
          <w:b/>
          <w:bCs/>
          <w:lang w:val="nl-NL"/>
        </w:rPr>
        <w:t xml:space="preserve">foundation en </w:t>
      </w:r>
      <w:proofErr w:type="spellStart"/>
      <w:r w:rsidRPr="005C675E">
        <w:rPr>
          <w:rFonts w:cs="Arial"/>
          <w:b/>
          <w:bCs/>
          <w:lang w:val="nl-NL"/>
        </w:rPr>
        <w:t>brow</w:t>
      </w:r>
      <w:proofErr w:type="spellEnd"/>
      <w:r w:rsidRPr="005C675E">
        <w:rPr>
          <w:rFonts w:cs="Arial"/>
          <w:b/>
          <w:bCs/>
          <w:lang w:val="nl-NL"/>
        </w:rPr>
        <w:t xml:space="preserve"> styling producten</w:t>
      </w:r>
      <w:r w:rsidRPr="005C675E">
        <w:rPr>
          <w:rFonts w:cs="Arial"/>
          <w:lang w:val="nl-NL"/>
        </w:rPr>
        <w:t>, niet worden geretourneerd.</w:t>
      </w:r>
    </w:p>
    <w:p w14:paraId="042E301E" w14:textId="77777777" w:rsidR="007C34C0" w:rsidRPr="005C675E" w:rsidRDefault="007C34C0" w:rsidP="007C34C0">
      <w:pPr>
        <w:rPr>
          <w:rFonts w:cs="Arial"/>
          <w:lang w:val="nl-NL"/>
        </w:rPr>
      </w:pPr>
      <w:r w:rsidRPr="005C675E">
        <w:rPr>
          <w:rFonts w:cs="Arial"/>
          <w:lang w:val="nl-NL"/>
        </w:rPr>
        <w:lastRenderedPageBreak/>
        <w:t xml:space="preserve">Wij willen de kwaliteit en hygiëne van onze producten voor iedere klant kunnen garanderen. Daarom nemen wij </w:t>
      </w:r>
      <w:r w:rsidRPr="005C675E">
        <w:rPr>
          <w:rFonts w:cs="Arial"/>
          <w:b/>
          <w:bCs/>
          <w:lang w:val="nl-NL"/>
        </w:rPr>
        <w:t>geen geopende, gebruikte of geretourneerde beautyproducten</w:t>
      </w:r>
      <w:r w:rsidRPr="005C675E">
        <w:rPr>
          <w:rFonts w:cs="Arial"/>
          <w:lang w:val="nl-NL"/>
        </w:rPr>
        <w:t xml:space="preserve"> terug.</w:t>
      </w:r>
    </w:p>
    <w:p w14:paraId="7AF8AFEF" w14:textId="7CC49F42" w:rsidR="007C34C0" w:rsidRPr="00CF25F1" w:rsidRDefault="007C34C0" w:rsidP="007C34C0">
      <w:pPr>
        <w:rPr>
          <w:rFonts w:cs="Arial"/>
          <w:lang w:val="nl-NL"/>
        </w:rPr>
      </w:pPr>
      <w:r w:rsidRPr="00CF25F1">
        <w:rPr>
          <w:rFonts w:cs="Arial"/>
          <w:lang w:val="nl-NL"/>
        </w:rPr>
        <w:t>Controleer daarom v</w:t>
      </w:r>
      <w:r w:rsidR="00CF25F1" w:rsidRPr="00CF25F1">
        <w:rPr>
          <w:rFonts w:cs="Arial"/>
          <w:lang w:val="nl-NL"/>
        </w:rPr>
        <w:t>oor</w:t>
      </w:r>
      <w:r w:rsidRPr="00CF25F1">
        <w:rPr>
          <w:rFonts w:cs="Arial"/>
          <w:lang w:val="nl-NL"/>
        </w:rPr>
        <w:t xml:space="preserve"> het bestellen goed of je het juiste product en de juiste variant hebt gekozen.</w:t>
      </w:r>
    </w:p>
    <w:p w14:paraId="31825724" w14:textId="4B309140" w:rsidR="007C34C0" w:rsidRPr="005C675E" w:rsidRDefault="007C34C0" w:rsidP="007C34C0">
      <w:pPr>
        <w:rPr>
          <w:rFonts w:cs="Arial"/>
          <w:lang w:val="nl-NL"/>
        </w:rPr>
      </w:pPr>
      <w:r w:rsidRPr="005C675E">
        <w:rPr>
          <w:rFonts w:cs="Arial"/>
          <w:b/>
          <w:bCs/>
          <w:lang w:val="nl-NL"/>
        </w:rPr>
        <w:t>Beschadigd of verkeerd geleverd?</w:t>
      </w:r>
      <w:r w:rsidRPr="005C675E">
        <w:rPr>
          <w:rFonts w:cs="Arial"/>
          <w:sz w:val="18"/>
          <w:szCs w:val="18"/>
          <w:lang w:val="nl-NL"/>
        </w:rPr>
        <w:br/>
      </w:r>
      <w:r w:rsidRPr="005C675E">
        <w:rPr>
          <w:rFonts w:cs="Arial"/>
          <w:lang w:val="nl-NL"/>
        </w:rPr>
        <w:t xml:space="preserve">Heb je een beschadigd of verkeerd product ontvangen? Neem dan binnen </w:t>
      </w:r>
      <w:r w:rsidRPr="005C675E">
        <w:rPr>
          <w:rFonts w:cs="Arial"/>
          <w:b/>
          <w:bCs/>
          <w:lang w:val="nl-NL"/>
        </w:rPr>
        <w:t>48 uur na ontvangst</w:t>
      </w:r>
      <w:r w:rsidRPr="005C675E">
        <w:rPr>
          <w:rFonts w:cs="Arial"/>
          <w:lang w:val="nl-NL"/>
        </w:rPr>
        <w:t xml:space="preserve"> contact met ons op via </w:t>
      </w:r>
      <w:hyperlink r:id="rId9" w:history="1">
        <w:r w:rsidR="005C675E" w:rsidRPr="0016246D">
          <w:rPr>
            <w:rStyle w:val="Hyperlink"/>
            <w:rFonts w:cs="Arial"/>
            <w:lang w:val="nl-NL"/>
          </w:rPr>
          <w:t>www.dintercare.nl</w:t>
        </w:r>
      </w:hyperlink>
      <w:r w:rsidR="005C675E">
        <w:rPr>
          <w:rFonts w:cs="Arial"/>
          <w:lang w:val="nl-NL"/>
        </w:rPr>
        <w:t xml:space="preserve"> </w:t>
      </w:r>
      <w:r w:rsidRPr="005C675E">
        <w:rPr>
          <w:rFonts w:cs="Arial"/>
          <w:lang w:val="nl-NL"/>
        </w:rPr>
        <w:t>en stuur hierbij duidelijke foto’s van het product en de verpakking. We zullen je aanvraag beoordelen en samen naar een passende oplossing kijken.</w:t>
      </w:r>
    </w:p>
    <w:p w14:paraId="7055C888" w14:textId="77777777" w:rsidR="007C34C0" w:rsidRPr="005C675E" w:rsidRDefault="007C34C0" w:rsidP="007C34C0">
      <w:pPr>
        <w:rPr>
          <w:rFonts w:cs="Arial"/>
          <w:lang w:val="nl-NL"/>
        </w:rPr>
      </w:pPr>
      <w:r w:rsidRPr="005C675E">
        <w:rPr>
          <w:rFonts w:cs="Arial"/>
          <w:b/>
          <w:bCs/>
          <w:lang w:val="nl-NL"/>
        </w:rPr>
        <w:t>Let op:</w:t>
      </w:r>
      <w:r w:rsidRPr="005C675E">
        <w:rPr>
          <w:rFonts w:cs="Arial"/>
          <w:lang w:val="nl-NL"/>
        </w:rPr>
        <w:t xml:space="preserve"> dit retourbeleid doet geen afbreuk aan je wettelijke rechten bij een defect of ondeugdelijk product.</w:t>
      </w:r>
    </w:p>
    <w:p w14:paraId="3D98EFEE" w14:textId="77777777" w:rsidR="00EB0090" w:rsidRPr="00E814AC" w:rsidRDefault="00000000">
      <w:pPr>
        <w:pStyle w:val="Kop1"/>
        <w:spacing w:before="200" w:after="80"/>
        <w:rPr>
          <w:color w:val="000000" w:themeColor="text1"/>
          <w:lang w:val="nl-NL"/>
        </w:rPr>
      </w:pPr>
      <w:r w:rsidRPr="00E814AC">
        <w:rPr>
          <w:color w:val="000000" w:themeColor="text1"/>
          <w:lang w:val="nl-NL"/>
        </w:rPr>
        <w:t>11. Verzegelde en hygiëneproducten</w:t>
      </w:r>
    </w:p>
    <w:p w14:paraId="2F3957FA" w14:textId="77777777" w:rsidR="00EB0090" w:rsidRPr="00E814AC" w:rsidRDefault="00000000">
      <w:pPr>
        <w:spacing w:after="100" w:line="259" w:lineRule="auto"/>
        <w:rPr>
          <w:lang w:val="nl-NL"/>
        </w:rPr>
      </w:pPr>
      <w:r w:rsidRPr="00E814AC">
        <w:rPr>
          <w:lang w:val="nl-NL"/>
        </w:rPr>
        <w:t>Voor producten die vanwege hygiëne of gezondheidsbescherming niet geschikt zijn om te worden teruggezonden nadat de verzegeling is verbroken, kan het wettelijke herroepingsrecht vervallen.</w:t>
      </w:r>
    </w:p>
    <w:p w14:paraId="45F0D57B" w14:textId="4E52DB22"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zal vóór de aankoop duidelijk aangeven wanneer een product onder deze uitzondering valt en wanneer het verbreken van de verzegeling gevolgen heeft voor het herroepingsrecht.</w:t>
      </w:r>
    </w:p>
    <w:p w14:paraId="433AAA59" w14:textId="77777777" w:rsidR="00EB0090" w:rsidRPr="00E814AC" w:rsidRDefault="00000000">
      <w:pPr>
        <w:pStyle w:val="Kop1"/>
        <w:spacing w:before="200" w:after="80"/>
        <w:rPr>
          <w:color w:val="000000" w:themeColor="text1"/>
          <w:lang w:val="nl-NL"/>
        </w:rPr>
      </w:pPr>
      <w:r w:rsidRPr="00E814AC">
        <w:rPr>
          <w:color w:val="000000" w:themeColor="text1"/>
          <w:lang w:val="nl-NL"/>
        </w:rPr>
        <w:t>12. Wettelijke garantie</w:t>
      </w:r>
    </w:p>
    <w:p w14:paraId="3CA5E9EE" w14:textId="77777777" w:rsidR="00EB0090" w:rsidRPr="00E814AC" w:rsidRDefault="00000000">
      <w:pPr>
        <w:spacing w:after="100" w:line="259" w:lineRule="auto"/>
        <w:rPr>
          <w:lang w:val="nl-NL"/>
        </w:rPr>
      </w:pPr>
      <w:r w:rsidRPr="00E814AC">
        <w:rPr>
          <w:lang w:val="nl-NL"/>
        </w:rPr>
        <w:t>De wettelijke rechten van consumenten blijven volledig van toepassing.</w:t>
      </w:r>
    </w:p>
    <w:p w14:paraId="440C21E2" w14:textId="77777777" w:rsidR="00EB0090" w:rsidRPr="00E814AC" w:rsidRDefault="00000000">
      <w:pPr>
        <w:spacing w:after="100" w:line="259" w:lineRule="auto"/>
        <w:rPr>
          <w:lang w:val="nl-NL"/>
        </w:rPr>
      </w:pPr>
      <w:r w:rsidRPr="00E814AC">
        <w:rPr>
          <w:lang w:val="nl-NL"/>
        </w:rPr>
        <w:t>Een product moet voldoen aan wat de klant er redelijkerwijs van mag verwachten.</w:t>
      </w:r>
    </w:p>
    <w:p w14:paraId="207CAD73" w14:textId="2919F3CB" w:rsidR="00EB0090" w:rsidRPr="00E814AC" w:rsidRDefault="00000000">
      <w:pPr>
        <w:spacing w:after="100" w:line="259" w:lineRule="auto"/>
        <w:rPr>
          <w:lang w:val="nl-NL"/>
        </w:rPr>
      </w:pPr>
      <w:r w:rsidRPr="00E814AC">
        <w:rPr>
          <w:lang w:val="nl-NL"/>
        </w:rPr>
        <w:t xml:space="preserve">Wanneer een product gebrekkig is of niet aan de overeenkomst voldoet, dient de klant contact op te nemen met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zodat naar een passende wettelijke oplossing kan worden gezocht.</w:t>
      </w:r>
    </w:p>
    <w:p w14:paraId="6A16E027" w14:textId="77777777" w:rsidR="00EB0090" w:rsidRPr="00E814AC" w:rsidRDefault="00000000">
      <w:pPr>
        <w:spacing w:after="100" w:line="259" w:lineRule="auto"/>
        <w:rPr>
          <w:lang w:val="nl-NL"/>
        </w:rPr>
      </w:pPr>
      <w:r w:rsidRPr="00E814AC">
        <w:rPr>
          <w:lang w:val="nl-NL"/>
        </w:rPr>
        <w:t>Een eventuele aanvullende commerciële garantie doet geen afbreuk aan de wettelijke garantie.</w:t>
      </w:r>
    </w:p>
    <w:p w14:paraId="0AA22E09" w14:textId="77777777" w:rsidR="00EB0090" w:rsidRPr="00E814AC" w:rsidRDefault="00000000">
      <w:pPr>
        <w:pStyle w:val="Kop1"/>
        <w:spacing w:before="200" w:after="80"/>
        <w:rPr>
          <w:color w:val="000000" w:themeColor="text1"/>
          <w:lang w:val="nl-NL"/>
        </w:rPr>
      </w:pPr>
      <w:r w:rsidRPr="00E814AC">
        <w:rPr>
          <w:color w:val="000000" w:themeColor="text1"/>
          <w:lang w:val="nl-NL"/>
        </w:rPr>
        <w:t>13. Klachten</w:t>
      </w:r>
    </w:p>
    <w:p w14:paraId="0ACCB809" w14:textId="212DC4AD" w:rsidR="00EB0090" w:rsidRPr="00E814AC" w:rsidRDefault="00000000">
      <w:pPr>
        <w:spacing w:after="100" w:line="259" w:lineRule="auto"/>
        <w:rPr>
          <w:lang w:val="nl-NL"/>
        </w:rPr>
      </w:pPr>
      <w:r w:rsidRPr="00E814AC">
        <w:rPr>
          <w:lang w:val="nl-NL"/>
        </w:rPr>
        <w:t xml:space="preserve">Klachten over behandelingen of producten dienen zo snel mogelijk na ontdekking bij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te worden gemeld.</w:t>
      </w:r>
    </w:p>
    <w:p w14:paraId="6ABCDD8D" w14:textId="283E3238"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probeert iedere klacht zorgvuldig en binnen een redelijke termijn te behandelen.</w:t>
      </w:r>
    </w:p>
    <w:p w14:paraId="6A8C5179" w14:textId="4705A001" w:rsidR="00EB0090" w:rsidRPr="00E814AC" w:rsidRDefault="00000000">
      <w:pPr>
        <w:spacing w:after="100" w:line="259" w:lineRule="auto"/>
        <w:rPr>
          <w:lang w:val="nl-NL"/>
        </w:rPr>
      </w:pPr>
      <w:r w:rsidRPr="00E814AC">
        <w:rPr>
          <w:lang w:val="nl-NL"/>
        </w:rPr>
        <w:t xml:space="preserve">Bij een klacht over een behandeling kan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vragen om foto's of aanvullende informatie om de situatie goed te kunnen beoordelen.</w:t>
      </w:r>
    </w:p>
    <w:p w14:paraId="241E7456" w14:textId="77777777" w:rsidR="00EB0090" w:rsidRPr="00E814AC" w:rsidRDefault="00000000">
      <w:pPr>
        <w:spacing w:after="100" w:line="259" w:lineRule="auto"/>
        <w:rPr>
          <w:lang w:val="nl-NL"/>
        </w:rPr>
      </w:pPr>
      <w:r w:rsidRPr="00E814AC">
        <w:rPr>
          <w:lang w:val="nl-NL"/>
        </w:rPr>
        <w:t>Het indienen van een klacht schort een betalingsverplichting niet automatisch op, tenzij de wet anders bepaalt.</w:t>
      </w:r>
    </w:p>
    <w:p w14:paraId="3F61D7DE" w14:textId="77777777" w:rsidR="00EB0090" w:rsidRPr="00E814AC" w:rsidRDefault="00000000">
      <w:pPr>
        <w:pStyle w:val="Kop1"/>
        <w:spacing w:before="200" w:after="80"/>
        <w:rPr>
          <w:color w:val="000000" w:themeColor="text1"/>
          <w:lang w:val="nl-NL"/>
        </w:rPr>
      </w:pPr>
      <w:r w:rsidRPr="00E814AC">
        <w:rPr>
          <w:color w:val="000000" w:themeColor="text1"/>
          <w:lang w:val="nl-NL"/>
        </w:rPr>
        <w:t>14. Aansprakelijkheid</w:t>
      </w:r>
    </w:p>
    <w:p w14:paraId="27A32436" w14:textId="67438CD6"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voert behandelingen zorgvuldig en professioneel uit.</w:t>
      </w:r>
    </w:p>
    <w:p w14:paraId="38B0E6D0" w14:textId="0D64DDAA"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niet aansprakelijk voor schade die ontstaat doordat de klant onjuiste of onvolledige informatie heeft verstrekt.</w:t>
      </w:r>
    </w:p>
    <w:p w14:paraId="75938011" w14:textId="0180E786"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niet aansprakelijk voor een tegenvallend behandelresultaat wanneer dit het gevolg is van omstandigheden die redelijkerwijs buiten haar invloed liggen, zoals het natuurlijke genezingsproces, huidtype, leefstijl, medicijngebruik of het niet opvolgen van de nazorginstructies.</w:t>
      </w:r>
    </w:p>
    <w:p w14:paraId="36A50975" w14:textId="05B0D41B"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is niet aansprakelijk voor verlies of diefstal van persoonlijke eigendommen in de salon.</w:t>
      </w:r>
    </w:p>
    <w:p w14:paraId="74689BF3" w14:textId="77777777" w:rsidR="00EB0090" w:rsidRPr="00E814AC" w:rsidRDefault="00000000">
      <w:pPr>
        <w:spacing w:after="100" w:line="259" w:lineRule="auto"/>
        <w:rPr>
          <w:lang w:val="nl-NL"/>
        </w:rPr>
      </w:pPr>
      <w:r w:rsidRPr="00E814AC">
        <w:rPr>
          <w:lang w:val="nl-NL"/>
        </w:rPr>
        <w:t>Deze bepalingen beperken niet de wettelijke rechten van consumenten en zijn niet van toepassing voor zover aansprakelijkheid volgens de wet niet mag worden uitgesloten of beperkt.</w:t>
      </w:r>
    </w:p>
    <w:p w14:paraId="6C33C04C" w14:textId="77777777" w:rsidR="00EB0090" w:rsidRPr="00E814AC" w:rsidRDefault="00000000">
      <w:pPr>
        <w:pStyle w:val="Kop1"/>
        <w:spacing w:before="200" w:after="80"/>
        <w:rPr>
          <w:color w:val="000000" w:themeColor="text1"/>
          <w:lang w:val="nl-NL"/>
        </w:rPr>
      </w:pPr>
      <w:r w:rsidRPr="00E814AC">
        <w:rPr>
          <w:color w:val="000000" w:themeColor="text1"/>
          <w:lang w:val="nl-NL"/>
        </w:rPr>
        <w:t>15. Persoonsgegevens</w:t>
      </w:r>
    </w:p>
    <w:p w14:paraId="186509BD" w14:textId="1B354C77"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verwerkt persoonsgegevens voor zover noodzakelijk voor het maken en uitvoeren van afspraken, het verwerken van bestellingen en betalingen, klantenservice en het voldoen aan wettelijke verplichtingen.</w:t>
      </w:r>
    </w:p>
    <w:p w14:paraId="77336150" w14:textId="675E45AF" w:rsidR="00EB0090" w:rsidRPr="00E814AC" w:rsidRDefault="00000000">
      <w:pPr>
        <w:spacing w:after="100" w:line="259" w:lineRule="auto"/>
        <w:rPr>
          <w:lang w:val="nl-NL"/>
        </w:rPr>
      </w:pPr>
      <w:r w:rsidRPr="00E814AC">
        <w:rPr>
          <w:lang w:val="nl-NL"/>
        </w:rPr>
        <w:lastRenderedPageBreak/>
        <w:t xml:space="preserve">Voor meer informatie over de verwerking van persoonsgegevens wordt verwezen naar de privacyverklaring van </w:t>
      </w:r>
      <w:proofErr w:type="spellStart"/>
      <w:r w:rsidRPr="00E814AC">
        <w:rPr>
          <w:lang w:val="nl-NL"/>
        </w:rPr>
        <w:t>Dinter</w:t>
      </w:r>
      <w:r w:rsidR="00E814AC">
        <w:rPr>
          <w:lang w:val="nl-NL"/>
        </w:rPr>
        <w:t>c</w:t>
      </w:r>
      <w:r w:rsidRPr="00E814AC">
        <w:rPr>
          <w:lang w:val="nl-NL"/>
        </w:rPr>
        <w:t>are</w:t>
      </w:r>
      <w:proofErr w:type="spellEnd"/>
      <w:r w:rsidRPr="00E814AC">
        <w:rPr>
          <w:lang w:val="nl-NL"/>
        </w:rPr>
        <w:t>.</w:t>
      </w:r>
    </w:p>
    <w:p w14:paraId="0929291C" w14:textId="77777777" w:rsidR="00EB0090" w:rsidRPr="00E814AC" w:rsidRDefault="00000000">
      <w:pPr>
        <w:pStyle w:val="Kop1"/>
        <w:spacing w:before="200" w:after="80"/>
        <w:rPr>
          <w:color w:val="000000" w:themeColor="text1"/>
          <w:lang w:val="nl-NL"/>
        </w:rPr>
      </w:pPr>
      <w:r w:rsidRPr="00E814AC">
        <w:rPr>
          <w:color w:val="000000" w:themeColor="text1"/>
          <w:lang w:val="nl-NL"/>
        </w:rPr>
        <w:t>16. Online herroeping</w:t>
      </w:r>
    </w:p>
    <w:p w14:paraId="0B1AD225" w14:textId="0340BABC" w:rsidR="00EB0090" w:rsidRPr="00E814AC" w:rsidRDefault="00000000">
      <w:pPr>
        <w:spacing w:after="100" w:line="259" w:lineRule="auto"/>
        <w:rPr>
          <w:lang w:val="nl-NL"/>
        </w:rPr>
      </w:pPr>
      <w:r w:rsidRPr="00E814AC">
        <w:rPr>
          <w:lang w:val="nl-NL"/>
        </w:rPr>
        <w:t xml:space="preserve">Wanneer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online producten verkoopt aan consumenten, wordt het wettelijke herroepingsrecht op de website duidelijk vermeld.</w:t>
      </w:r>
    </w:p>
    <w:p w14:paraId="1EFC870C" w14:textId="263356C3" w:rsidR="00EB0090" w:rsidRPr="00E814AC" w:rsidRDefault="00000000">
      <w:pPr>
        <w:spacing w:after="100" w:line="259" w:lineRule="auto"/>
        <w:rPr>
          <w:lang w:val="nl-NL"/>
        </w:rPr>
      </w:pPr>
      <w:r w:rsidRPr="00E814AC">
        <w:rPr>
          <w:lang w:val="nl-NL"/>
        </w:rPr>
        <w:t xml:space="preserve">Indien wettelijk vereist, biedt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via de webshop een duidelijke en toegankelijke mogelijkheid om een online aankoop binnen de wettelijke termijn te herroepen.</w:t>
      </w:r>
    </w:p>
    <w:p w14:paraId="58D59446" w14:textId="77777777" w:rsidR="00EB0090" w:rsidRPr="00E814AC" w:rsidRDefault="00000000">
      <w:pPr>
        <w:pStyle w:val="Kop1"/>
        <w:spacing w:before="200" w:after="80"/>
        <w:rPr>
          <w:color w:val="000000" w:themeColor="text1"/>
          <w:lang w:val="nl-NL"/>
        </w:rPr>
      </w:pPr>
      <w:r w:rsidRPr="00E814AC">
        <w:rPr>
          <w:color w:val="000000" w:themeColor="text1"/>
          <w:lang w:val="nl-NL"/>
        </w:rPr>
        <w:t>17. Wijziging van de algemene voorwaarden</w:t>
      </w:r>
    </w:p>
    <w:p w14:paraId="14A6351F" w14:textId="451929B4"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kan deze algemene voorwaarden wijzigen wanneer dit noodzakelijk is, bijvoorbeeld door wijzigingen in wet- en regelgeving of in de dienstverlening.</w:t>
      </w:r>
    </w:p>
    <w:p w14:paraId="4750AB1F" w14:textId="77777777" w:rsidR="00EB0090" w:rsidRPr="00E814AC" w:rsidRDefault="00000000">
      <w:pPr>
        <w:spacing w:after="100" w:line="259" w:lineRule="auto"/>
        <w:rPr>
          <w:lang w:val="nl-NL"/>
        </w:rPr>
      </w:pPr>
      <w:r w:rsidRPr="00E814AC">
        <w:rPr>
          <w:lang w:val="nl-NL"/>
        </w:rPr>
        <w:t>Voor een bestaande overeenkomst gelden in beginsel de voorwaarden die van toepassing waren op het moment waarop de overeenkomst tot stand kwam, tenzij de wet anders bepaalt.</w:t>
      </w:r>
    </w:p>
    <w:p w14:paraId="7CC19B53" w14:textId="77777777" w:rsidR="00EB0090" w:rsidRPr="00E814AC" w:rsidRDefault="00000000">
      <w:pPr>
        <w:pStyle w:val="Kop1"/>
        <w:spacing w:before="200" w:after="80"/>
        <w:rPr>
          <w:color w:val="000000" w:themeColor="text1"/>
          <w:lang w:val="nl-NL"/>
        </w:rPr>
      </w:pPr>
      <w:r w:rsidRPr="00E814AC">
        <w:rPr>
          <w:color w:val="000000" w:themeColor="text1"/>
          <w:lang w:val="nl-NL"/>
        </w:rPr>
        <w:t>18. Toepasselijk recht en geschillen</w:t>
      </w:r>
    </w:p>
    <w:p w14:paraId="2A70C1E7" w14:textId="4E864E5A" w:rsidR="00EB0090" w:rsidRPr="00E814AC" w:rsidRDefault="00000000">
      <w:pPr>
        <w:spacing w:after="100" w:line="259" w:lineRule="auto"/>
        <w:rPr>
          <w:lang w:val="nl-NL"/>
        </w:rPr>
      </w:pPr>
      <w:r w:rsidRPr="00E814AC">
        <w:rPr>
          <w:lang w:val="nl-NL"/>
        </w:rPr>
        <w:t xml:space="preserve">Op overeenkomsten tussen </w:t>
      </w: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en consumenten is Nederlands recht van toepassing.</w:t>
      </w:r>
    </w:p>
    <w:p w14:paraId="42CB9369" w14:textId="77777777" w:rsidR="00EB0090" w:rsidRPr="00E814AC" w:rsidRDefault="00000000">
      <w:pPr>
        <w:spacing w:after="100" w:line="259" w:lineRule="auto"/>
        <w:rPr>
          <w:lang w:val="nl-NL"/>
        </w:rPr>
      </w:pPr>
      <w:r w:rsidRPr="00E814AC">
        <w:rPr>
          <w:lang w:val="nl-NL"/>
        </w:rPr>
        <w:t>Geschillen worden bij voorkeur eerst in onderling overleg opgelost.</w:t>
      </w:r>
    </w:p>
    <w:p w14:paraId="16E2EA7B" w14:textId="77777777" w:rsidR="00EB0090" w:rsidRPr="00E814AC" w:rsidRDefault="00000000">
      <w:pPr>
        <w:spacing w:after="100" w:line="259" w:lineRule="auto"/>
        <w:rPr>
          <w:lang w:val="nl-NL"/>
        </w:rPr>
      </w:pPr>
      <w:r w:rsidRPr="00E814AC">
        <w:rPr>
          <w:lang w:val="nl-NL"/>
        </w:rPr>
        <w:t>De wettelijke rechten van consumenten blijven volledig van toepassing.</w:t>
      </w:r>
    </w:p>
    <w:p w14:paraId="1A4A212A" w14:textId="77777777" w:rsidR="00EB0090" w:rsidRPr="00E814AC" w:rsidRDefault="00000000">
      <w:pPr>
        <w:pStyle w:val="Kop1"/>
        <w:spacing w:before="200" w:after="80"/>
        <w:rPr>
          <w:color w:val="000000" w:themeColor="text1"/>
          <w:lang w:val="nl-NL"/>
        </w:rPr>
      </w:pPr>
      <w:r w:rsidRPr="00E814AC">
        <w:rPr>
          <w:color w:val="000000" w:themeColor="text1"/>
          <w:lang w:val="nl-NL"/>
        </w:rPr>
        <w:t>19. Bedrijfsgegevens</w:t>
      </w:r>
    </w:p>
    <w:p w14:paraId="28E70FBE" w14:textId="5FE13A06" w:rsidR="00EB0090" w:rsidRPr="00E814AC" w:rsidRDefault="00000000">
      <w:pPr>
        <w:spacing w:after="100" w:line="259" w:lineRule="auto"/>
        <w:rPr>
          <w:lang w:val="nl-NL"/>
        </w:rPr>
      </w:pPr>
      <w:proofErr w:type="spellStart"/>
      <w:r w:rsidRPr="00E814AC">
        <w:rPr>
          <w:lang w:val="nl-NL"/>
        </w:rPr>
        <w:t>Dinter</w:t>
      </w:r>
      <w:r w:rsidR="00E814AC">
        <w:rPr>
          <w:lang w:val="nl-NL"/>
        </w:rPr>
        <w:t>c</w:t>
      </w:r>
      <w:r w:rsidRPr="00E814AC">
        <w:rPr>
          <w:lang w:val="nl-NL"/>
        </w:rPr>
        <w:t>are</w:t>
      </w:r>
      <w:proofErr w:type="spellEnd"/>
      <w:r w:rsidRPr="00E814AC">
        <w:rPr>
          <w:lang w:val="nl-NL"/>
        </w:rPr>
        <w:t xml:space="preserve"> PMU &amp; MORE</w:t>
      </w:r>
    </w:p>
    <w:p w14:paraId="4353AA70" w14:textId="77777777" w:rsidR="00EB0090" w:rsidRPr="00E814AC" w:rsidRDefault="00000000">
      <w:pPr>
        <w:spacing w:after="100" w:line="259" w:lineRule="auto"/>
        <w:rPr>
          <w:lang w:val="nl-NL"/>
        </w:rPr>
      </w:pPr>
      <w:proofErr w:type="spellStart"/>
      <w:r w:rsidRPr="00E814AC">
        <w:rPr>
          <w:lang w:val="nl-NL"/>
        </w:rPr>
        <w:t>Blaarthemseweg</w:t>
      </w:r>
      <w:proofErr w:type="spellEnd"/>
      <w:r w:rsidRPr="00E814AC">
        <w:rPr>
          <w:lang w:val="nl-NL"/>
        </w:rPr>
        <w:t xml:space="preserve"> 95</w:t>
      </w:r>
    </w:p>
    <w:p w14:paraId="7BBE7049" w14:textId="77777777" w:rsidR="00EB0090" w:rsidRPr="00E814AC" w:rsidRDefault="00000000">
      <w:pPr>
        <w:spacing w:after="100" w:line="259" w:lineRule="auto"/>
        <w:rPr>
          <w:lang w:val="nl-NL"/>
        </w:rPr>
      </w:pPr>
      <w:r w:rsidRPr="00E814AC">
        <w:rPr>
          <w:lang w:val="nl-NL"/>
        </w:rPr>
        <w:t>5654 NS Eindhoven</w:t>
      </w:r>
    </w:p>
    <w:p w14:paraId="53E6AC69" w14:textId="77777777" w:rsidR="00EB0090" w:rsidRPr="00E814AC" w:rsidRDefault="00000000">
      <w:pPr>
        <w:spacing w:after="100" w:line="259" w:lineRule="auto"/>
        <w:rPr>
          <w:lang w:val="nl-NL"/>
        </w:rPr>
      </w:pPr>
      <w:r w:rsidRPr="00E814AC">
        <w:rPr>
          <w:lang w:val="nl-NL"/>
        </w:rPr>
        <w:t>Nederland</w:t>
      </w:r>
    </w:p>
    <w:p w14:paraId="537116C7" w14:textId="77777777" w:rsidR="00EB0090" w:rsidRPr="00E814AC" w:rsidRDefault="00000000">
      <w:pPr>
        <w:spacing w:after="100" w:line="259" w:lineRule="auto"/>
        <w:rPr>
          <w:lang w:val="nl-NL"/>
        </w:rPr>
      </w:pPr>
      <w:r w:rsidRPr="00E814AC">
        <w:rPr>
          <w:lang w:val="nl-NL"/>
        </w:rPr>
        <w:t>Website: www.dintercare.nl</w:t>
      </w:r>
    </w:p>
    <w:p w14:paraId="3483B9F1" w14:textId="0B905275" w:rsidR="00EB0090" w:rsidRPr="00E814AC" w:rsidRDefault="00000000">
      <w:pPr>
        <w:spacing w:after="100" w:line="259" w:lineRule="auto"/>
      </w:pPr>
      <w:r w:rsidRPr="00E814AC">
        <w:t xml:space="preserve">E-mail: </w:t>
      </w:r>
      <w:r w:rsidR="00E814AC" w:rsidRPr="00E814AC">
        <w:t>Dintercare@gmail.c</w:t>
      </w:r>
      <w:r w:rsidR="00E814AC">
        <w:t>om</w:t>
      </w:r>
    </w:p>
    <w:p w14:paraId="3C8130BC" w14:textId="1BA3E6E0" w:rsidR="00EB0090" w:rsidRPr="005C675E" w:rsidRDefault="00000000">
      <w:pPr>
        <w:spacing w:after="100" w:line="259" w:lineRule="auto"/>
      </w:pPr>
      <w:proofErr w:type="spellStart"/>
      <w:r w:rsidRPr="005C675E">
        <w:t>Telefoon</w:t>
      </w:r>
      <w:proofErr w:type="spellEnd"/>
      <w:r w:rsidRPr="005C675E">
        <w:t xml:space="preserve">: </w:t>
      </w:r>
      <w:r w:rsidR="007C34C0" w:rsidRPr="005C675E">
        <w:t>0622343332</w:t>
      </w:r>
    </w:p>
    <w:p w14:paraId="43378280" w14:textId="3EB810A7" w:rsidR="00EB0090" w:rsidRPr="00E814AC" w:rsidRDefault="00000000">
      <w:pPr>
        <w:spacing w:after="100" w:line="259" w:lineRule="auto"/>
        <w:rPr>
          <w:lang w:val="nl-NL"/>
        </w:rPr>
      </w:pPr>
      <w:r w:rsidRPr="00E814AC">
        <w:rPr>
          <w:lang w:val="nl-NL"/>
        </w:rPr>
        <w:t xml:space="preserve">KvK-nummer: </w:t>
      </w:r>
      <w:r w:rsidR="00E814AC">
        <w:rPr>
          <w:lang w:val="nl-NL"/>
        </w:rPr>
        <w:t>94227403</w:t>
      </w:r>
    </w:p>
    <w:p w14:paraId="4396390C" w14:textId="57E8EFEC" w:rsidR="00EB0090" w:rsidRPr="00E814AC" w:rsidRDefault="00000000">
      <w:pPr>
        <w:spacing w:after="100" w:line="259" w:lineRule="auto"/>
        <w:rPr>
          <w:lang w:val="nl-NL"/>
        </w:rPr>
      </w:pPr>
      <w:r w:rsidRPr="00E814AC">
        <w:rPr>
          <w:lang w:val="nl-NL"/>
        </w:rPr>
        <w:t xml:space="preserve">Btw-nummer: </w:t>
      </w:r>
      <w:r w:rsidR="00E814AC">
        <w:rPr>
          <w:lang w:val="nl-NL"/>
        </w:rPr>
        <w:t>NL005075195B36</w:t>
      </w:r>
    </w:p>
    <w:p w14:paraId="75176550" w14:textId="77777777" w:rsidR="00EB0090" w:rsidRPr="00E814AC" w:rsidRDefault="00000000">
      <w:pPr>
        <w:spacing w:after="100" w:line="259" w:lineRule="auto"/>
        <w:rPr>
          <w:lang w:val="nl-NL"/>
        </w:rPr>
      </w:pPr>
      <w:r w:rsidRPr="00E814AC">
        <w:rPr>
          <w:lang w:val="nl-NL"/>
        </w:rPr>
        <w:t>Versie: september 2026</w:t>
      </w:r>
    </w:p>
    <w:sectPr w:rsidR="00EB0090" w:rsidRPr="00E814AC" w:rsidSect="00034616">
      <w:footerReference w:type="default" r:id="rId10"/>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6107" w14:textId="77777777" w:rsidR="0022684C" w:rsidRDefault="0022684C">
      <w:pPr>
        <w:spacing w:after="0" w:line="240" w:lineRule="auto"/>
      </w:pPr>
      <w:r>
        <w:separator/>
      </w:r>
    </w:p>
  </w:endnote>
  <w:endnote w:type="continuationSeparator" w:id="0">
    <w:p w14:paraId="78770CD1" w14:textId="77777777" w:rsidR="0022684C" w:rsidRDefault="00226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09CD" w14:textId="77777777" w:rsidR="00EB0090" w:rsidRPr="00E814AC" w:rsidRDefault="00000000">
    <w:pPr>
      <w:pStyle w:val="Voettekst"/>
      <w:jc w:val="center"/>
      <w:rPr>
        <w:lang w:val="nl-NL"/>
      </w:rPr>
    </w:pPr>
    <w:r w:rsidRPr="00E814AC">
      <w:rPr>
        <w:sz w:val="16"/>
        <w:lang w:val="nl-NL"/>
      </w:rPr>
      <w:t>DinterCare PMU &amp; MORE  |  Algemene voorwaarden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839A" w14:textId="77777777" w:rsidR="0022684C" w:rsidRDefault="0022684C">
      <w:pPr>
        <w:spacing w:after="0" w:line="240" w:lineRule="auto"/>
      </w:pPr>
      <w:r>
        <w:separator/>
      </w:r>
    </w:p>
  </w:footnote>
  <w:footnote w:type="continuationSeparator" w:id="0">
    <w:p w14:paraId="2389FEBF" w14:textId="77777777" w:rsidR="0022684C" w:rsidRDefault="00226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540509467">
    <w:abstractNumId w:val="8"/>
  </w:num>
  <w:num w:numId="2" w16cid:durableId="240212340">
    <w:abstractNumId w:val="6"/>
  </w:num>
  <w:num w:numId="3" w16cid:durableId="1273174589">
    <w:abstractNumId w:val="5"/>
  </w:num>
  <w:num w:numId="4" w16cid:durableId="310444186">
    <w:abstractNumId w:val="4"/>
  </w:num>
  <w:num w:numId="5" w16cid:durableId="887571155">
    <w:abstractNumId w:val="7"/>
  </w:num>
  <w:num w:numId="6" w16cid:durableId="2099590793">
    <w:abstractNumId w:val="3"/>
  </w:num>
  <w:num w:numId="7" w16cid:durableId="9988486">
    <w:abstractNumId w:val="2"/>
  </w:num>
  <w:num w:numId="8" w16cid:durableId="304238368">
    <w:abstractNumId w:val="1"/>
  </w:num>
  <w:num w:numId="9" w16cid:durableId="169719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7FCB"/>
    <w:rsid w:val="00214194"/>
    <w:rsid w:val="0022684C"/>
    <w:rsid w:val="0029639D"/>
    <w:rsid w:val="00326F90"/>
    <w:rsid w:val="005C675E"/>
    <w:rsid w:val="007C34C0"/>
    <w:rsid w:val="008B229B"/>
    <w:rsid w:val="00AA1D8D"/>
    <w:rsid w:val="00B47730"/>
    <w:rsid w:val="00CB0664"/>
    <w:rsid w:val="00CF25F1"/>
    <w:rsid w:val="00E814AC"/>
    <w:rsid w:val="00EB00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04FE48"/>
  <w14:defaultImageDpi w14:val="300"/>
  <w15:docId w15:val="{3A7EB1CD-C9FB-4CF5-A659-2D3F925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7C34C0"/>
    <w:pPr>
      <w:spacing w:before="100" w:beforeAutospacing="1" w:after="100" w:afterAutospacing="1" w:line="240" w:lineRule="auto"/>
    </w:pPr>
    <w:rPr>
      <w:rFonts w:ascii="Aptos" w:eastAsiaTheme="minorHAnsi" w:hAnsi="Aptos" w:cs="Aptos"/>
      <w:sz w:val="24"/>
      <w:szCs w:val="24"/>
      <w:lang w:val="nl-NL" w:eastAsia="nl-NL"/>
    </w:rPr>
  </w:style>
  <w:style w:type="character" w:styleId="Hyperlink">
    <w:name w:val="Hyperlink"/>
    <w:basedOn w:val="Standaardalinea-lettertype"/>
    <w:uiPriority w:val="99"/>
    <w:unhideWhenUsed/>
    <w:rsid w:val="005C675E"/>
    <w:rPr>
      <w:color w:val="0000FF" w:themeColor="hyperlink"/>
      <w:u w:val="single"/>
    </w:rPr>
  </w:style>
  <w:style w:type="character" w:styleId="Onopgelostemelding">
    <w:name w:val="Unresolved Mention"/>
    <w:basedOn w:val="Standaardalinea-lettertype"/>
    <w:uiPriority w:val="99"/>
    <w:semiHidden/>
    <w:unhideWhenUsed/>
    <w:rsid w:val="005C6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ntercar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1418</Words>
  <Characters>7805</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Marcel van Heeswijk</cp:lastModifiedBy>
  <cp:revision>2</cp:revision>
  <dcterms:created xsi:type="dcterms:W3CDTF">2026-09-06T18:02:00Z</dcterms:created>
  <dcterms:modified xsi:type="dcterms:W3CDTF">2026-09-06T18:02:00Z</dcterms:modified>
  <cp:category/>
</cp:coreProperties>
</file>